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7E664" w14:textId="77777777" w:rsidR="00C5293B" w:rsidRPr="00EF35D8" w:rsidRDefault="00000000">
      <w:pPr>
        <w:spacing w:after="360"/>
        <w:jc w:val="center"/>
        <w:rPr>
          <w:color w:val="000000" w:themeColor="text1"/>
          <w:lang w:val="it-IT"/>
        </w:rPr>
      </w:pPr>
      <w:r w:rsidRPr="00EF35D8">
        <w:rPr>
          <w:b/>
          <w:color w:val="000000" w:themeColor="text1"/>
          <w:sz w:val="27"/>
          <w:lang w:val="it-IT"/>
        </w:rPr>
        <w:t>ATTESTAZIONE DI PRESA VISIONE E ACCETTAZIONE</w:t>
      </w:r>
      <w:r w:rsidRPr="00EF35D8">
        <w:rPr>
          <w:b/>
          <w:color w:val="000000" w:themeColor="text1"/>
          <w:sz w:val="27"/>
          <w:lang w:val="it-IT"/>
        </w:rPr>
        <w:br/>
        <w:t>DEL PATTO EDUCATIVO DI CORRESPONSABILITÀ</w:t>
      </w:r>
    </w:p>
    <w:p w14:paraId="594E85A9" w14:textId="70D524FA" w:rsidR="00C5293B" w:rsidRPr="00EF35D8" w:rsidRDefault="00000000">
      <w:pPr>
        <w:spacing w:after="240" w:line="312" w:lineRule="auto"/>
        <w:rPr>
          <w:lang w:val="it-IT"/>
        </w:rPr>
      </w:pPr>
      <w:r w:rsidRPr="00EF35D8">
        <w:rPr>
          <w:lang w:val="it-IT"/>
        </w:rPr>
        <w:t>I sottoscritti (genitori / esercenti la responsabilità genitoriale</w:t>
      </w:r>
      <w:r w:rsidR="0036511F">
        <w:rPr>
          <w:lang w:val="it-IT"/>
        </w:rPr>
        <w:t xml:space="preserve"> ____</w:t>
      </w:r>
      <w:r w:rsidRPr="00EF35D8">
        <w:rPr>
          <w:lang w:val="it-IT"/>
        </w:rPr>
        <w:t>_________________________________________________________________________________</w:t>
      </w:r>
      <w:r w:rsidRPr="00EF35D8">
        <w:rPr>
          <w:lang w:val="it-IT"/>
        </w:rPr>
        <w:br/>
      </w:r>
      <w:r w:rsidRPr="00EF35D8">
        <w:rPr>
          <w:lang w:val="it-IT"/>
        </w:rPr>
        <w:br/>
        <w:t>dell'alunno/a _______________________________________________________________________,</w:t>
      </w:r>
      <w:r w:rsidRPr="00EF35D8">
        <w:rPr>
          <w:lang w:val="it-IT"/>
        </w:rPr>
        <w:br/>
      </w:r>
      <w:r w:rsidRPr="00EF35D8">
        <w:rPr>
          <w:lang w:val="it-IT"/>
        </w:rPr>
        <w:br/>
        <w:t>iscritto/a per l'anno scolastico 20____ / 20____ alla classe ________ sez. ________,</w:t>
      </w:r>
    </w:p>
    <w:p w14:paraId="346A7DA3" w14:textId="77777777" w:rsidR="00C5293B" w:rsidRPr="00DF2439" w:rsidRDefault="00000000">
      <w:pPr>
        <w:spacing w:before="240" w:after="240"/>
        <w:jc w:val="center"/>
        <w:rPr>
          <w:color w:val="000000" w:themeColor="text1"/>
          <w:lang w:val="it-IT"/>
        </w:rPr>
      </w:pPr>
      <w:r w:rsidRPr="00DF2439">
        <w:rPr>
          <w:b/>
          <w:color w:val="000000" w:themeColor="text1"/>
          <w:sz w:val="24"/>
          <w:lang w:val="it-IT"/>
        </w:rPr>
        <w:t>DICHIARANO</w:t>
      </w:r>
    </w:p>
    <w:p w14:paraId="74629680" w14:textId="77777777" w:rsidR="00C5293B" w:rsidRPr="00EF35D8" w:rsidRDefault="00000000">
      <w:pPr>
        <w:spacing w:after="200" w:line="312" w:lineRule="auto"/>
        <w:jc w:val="both"/>
        <w:rPr>
          <w:lang w:val="it-IT"/>
        </w:rPr>
      </w:pPr>
      <w:r w:rsidRPr="00EF35D8">
        <w:rPr>
          <w:lang w:val="it-IT"/>
        </w:rPr>
        <w:t xml:space="preserve">di aver ricevuto e preso visione del </w:t>
      </w:r>
      <w:r w:rsidRPr="00EF35D8">
        <w:rPr>
          <w:b/>
          <w:lang w:val="it-IT"/>
        </w:rPr>
        <w:t>Patto Educativo di Corresponsabilità</w:t>
      </w:r>
      <w:r w:rsidRPr="00EF35D8">
        <w:rPr>
          <w:lang w:val="it-IT"/>
        </w:rPr>
        <w:t xml:space="preserve"> aggiornato, deliberato dal Collegio dei Docenti e dal Consiglio d’Istituto.</w:t>
      </w:r>
    </w:p>
    <w:p w14:paraId="0534A6DD" w14:textId="77777777" w:rsidR="00C5293B" w:rsidRPr="00EF35D8" w:rsidRDefault="00000000">
      <w:pPr>
        <w:spacing w:after="480" w:line="312" w:lineRule="auto"/>
        <w:jc w:val="both"/>
        <w:rPr>
          <w:lang w:val="it-IT"/>
        </w:rPr>
      </w:pPr>
      <w:r w:rsidRPr="00EF35D8">
        <w:rPr>
          <w:lang w:val="it-IT"/>
        </w:rPr>
        <w:t>Con la firma della presente attestazione, confermano di condividerne i valori e gli impegni reciproci, accettandone pienamente i contenuti. Si impegnano pertanto a collaborare attivamente con la scuola, nel rispetto dei ruoli e delle regole di convivenza civica e scolastica, e a sostenere il/la proprio/a figlio/a nel rispetto dei doveri indicati nel documento.</w:t>
      </w:r>
    </w:p>
    <w:p w14:paraId="148BA69B" w14:textId="4BDB6570" w:rsidR="00C5293B" w:rsidRDefault="00000000">
      <w:pPr>
        <w:spacing w:after="600"/>
      </w:pPr>
      <w:r>
        <w:t>Grottammare, ____________________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C5293B" w14:paraId="6BC47C4F" w14:textId="77777777">
        <w:tc>
          <w:tcPr>
            <w:tcW w:w="4680" w:type="dxa"/>
          </w:tcPr>
          <w:p w14:paraId="4C833531" w14:textId="77777777" w:rsidR="00C5293B" w:rsidRDefault="00000000">
            <w:r>
              <w:t>Firma del padre</w:t>
            </w:r>
            <w:r>
              <w:br/>
            </w:r>
            <w:r>
              <w:br/>
              <w:t>____________________________________</w:t>
            </w:r>
          </w:p>
        </w:tc>
        <w:tc>
          <w:tcPr>
            <w:tcW w:w="4680" w:type="dxa"/>
          </w:tcPr>
          <w:p w14:paraId="609C6B12" w14:textId="77777777" w:rsidR="00C5293B" w:rsidRDefault="00000000">
            <w:r>
              <w:t>Firma della madre</w:t>
            </w:r>
            <w:r>
              <w:br/>
            </w:r>
            <w:r>
              <w:br/>
              <w:t>____________________________________</w:t>
            </w:r>
          </w:p>
        </w:tc>
      </w:tr>
    </w:tbl>
    <w:p w14:paraId="6BE1DCAE" w14:textId="59B1DBCC" w:rsidR="00C5293B" w:rsidRDefault="00000000">
      <w:pPr>
        <w:spacing w:before="480" w:after="0"/>
        <w:rPr>
          <w:i/>
          <w:color w:val="666666"/>
          <w:sz w:val="18"/>
          <w:lang w:val="it-IT"/>
        </w:rPr>
      </w:pPr>
      <w:r w:rsidRPr="00EF35D8">
        <w:rPr>
          <w:i/>
          <w:color w:val="666666"/>
          <w:sz w:val="18"/>
          <w:lang w:val="it-IT"/>
        </w:rPr>
        <w:t>*(In caso di firma di un solo genitore, si intende che la scelta è stata condivisa nell'interesse del minore ai sensi delle norme vigenti sulla responsabilità genitoriale).</w:t>
      </w:r>
    </w:p>
    <w:p w14:paraId="2DDD9BEE" w14:textId="3E87D66E" w:rsidR="002B41B7" w:rsidRDefault="002B41B7" w:rsidP="002B41B7">
      <w:pPr>
        <w:pStyle w:val="NormaleWeb"/>
      </w:pPr>
      <w:r>
        <w:rPr>
          <w:b/>
          <w:bCs/>
        </w:rPr>
        <w:t>Nota per la firma di un solo genitore</w:t>
      </w:r>
      <w:r>
        <w:t xml:space="preserve"> </w:t>
      </w:r>
      <w:r>
        <w:rPr>
          <w:i/>
          <w:iCs/>
        </w:rPr>
        <w:t>(ai sensi del D.</w:t>
      </w:r>
      <w:r>
        <w:rPr>
          <w:i/>
          <w:iCs/>
        </w:rPr>
        <w:t xml:space="preserve"> </w:t>
      </w:r>
      <w:r>
        <w:rPr>
          <w:i/>
          <w:iCs/>
        </w:rPr>
        <w:t>Lgs. 154/2013 e dell'art. 316 c.c.)</w:t>
      </w:r>
      <w:r>
        <w:t>:</w:t>
      </w:r>
    </w:p>
    <w:p w14:paraId="29B3CC69" w14:textId="77777777" w:rsidR="002B41B7" w:rsidRDefault="002B41B7" w:rsidP="002B41B7">
      <w:pPr>
        <w:pStyle w:val="NormaleWeb"/>
      </w:pPr>
      <w:r>
        <w:rPr>
          <w:i/>
          <w:iCs/>
        </w:rPr>
        <w:t>Il sottoscritto, consapevole delle responsabilità e delle conseguenze civili e amministrative previste in caso di dichiarazioni non veritiere, dichiara che la presente scelta è stata condivisa con l'altro genitore.</w:t>
      </w:r>
    </w:p>
    <w:p w14:paraId="0B0CF177" w14:textId="3ACF51F4" w:rsidR="002B41B7" w:rsidRPr="00EF35D8" w:rsidRDefault="002B41B7" w:rsidP="002B41B7">
      <w:pPr>
        <w:pStyle w:val="NormaleWeb"/>
      </w:pPr>
      <w:r>
        <w:rPr>
          <w:b/>
          <w:bCs/>
        </w:rPr>
        <w:t>Firma del genitore richiedente</w:t>
      </w:r>
      <w:r>
        <w:t xml:space="preserve"> ___________________________________</w:t>
      </w:r>
    </w:p>
    <w:sectPr w:rsidR="002B41B7" w:rsidRPr="00EF35D8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0762232">
    <w:abstractNumId w:val="8"/>
  </w:num>
  <w:num w:numId="2" w16cid:durableId="129445510">
    <w:abstractNumId w:val="6"/>
  </w:num>
  <w:num w:numId="3" w16cid:durableId="163517153">
    <w:abstractNumId w:val="5"/>
  </w:num>
  <w:num w:numId="4" w16cid:durableId="610166170">
    <w:abstractNumId w:val="4"/>
  </w:num>
  <w:num w:numId="5" w16cid:durableId="1669215053">
    <w:abstractNumId w:val="7"/>
  </w:num>
  <w:num w:numId="6" w16cid:durableId="1135488864">
    <w:abstractNumId w:val="3"/>
  </w:num>
  <w:num w:numId="7" w16cid:durableId="927615483">
    <w:abstractNumId w:val="2"/>
  </w:num>
  <w:num w:numId="8" w16cid:durableId="1191996711">
    <w:abstractNumId w:val="1"/>
  </w:num>
  <w:num w:numId="9" w16cid:durableId="76061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41B7"/>
    <w:rsid w:val="002B6D4F"/>
    <w:rsid w:val="00326F90"/>
    <w:rsid w:val="0036511F"/>
    <w:rsid w:val="00595309"/>
    <w:rsid w:val="006869CC"/>
    <w:rsid w:val="00AA1D8D"/>
    <w:rsid w:val="00B47730"/>
    <w:rsid w:val="00C5293B"/>
    <w:rsid w:val="00CB0664"/>
    <w:rsid w:val="00DF2439"/>
    <w:rsid w:val="00EF35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76B5A"/>
  <w14:defaultImageDpi w14:val="300"/>
  <w15:docId w15:val="{297EAF3A-AD48-4574-8E5E-8310DB96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60" w:line="300" w:lineRule="auto"/>
    </w:pPr>
    <w:rPr>
      <w:rFonts w:ascii="Calibri" w:hAnsi="Calibri"/>
      <w:color w:val="2222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unhideWhenUsed/>
    <w:rsid w:val="002B4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Alessandro Piersanti</cp:lastModifiedBy>
  <cp:revision>7</cp:revision>
  <dcterms:created xsi:type="dcterms:W3CDTF">2026-09-05T06:57:00Z</dcterms:created>
  <dcterms:modified xsi:type="dcterms:W3CDTF">2026-09-05T07:05:00Z</dcterms:modified>
  <cp:category/>
</cp:coreProperties>
</file>